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004EC" w14:textId="77777777" w:rsidR="00D3520E" w:rsidRPr="003F2BBE" w:rsidRDefault="00DE681E">
      <w:pPr>
        <w:spacing w:after="200"/>
        <w:jc w:val="center"/>
        <w:rPr>
          <w:rFonts w:ascii="Times New Roman" w:hAnsi="Times New Roman" w:cs="Times New Roman"/>
          <w:sz w:val="24"/>
          <w:szCs w:val="24"/>
        </w:rPr>
      </w:pPr>
      <w:r w:rsidRPr="003F2BBE">
        <w:rPr>
          <w:rFonts w:ascii="Times New Roman" w:hAnsi="Times New Roman" w:cs="Times New Roman"/>
          <w:b/>
          <w:sz w:val="24"/>
          <w:szCs w:val="24"/>
        </w:rPr>
        <w:t>OŚWIADCZENIE WŁAŚCICIELA / WSPÓŁWŁAŚCICIELA POJAZDU</w:t>
      </w:r>
    </w:p>
    <w:p w14:paraId="19A9A7C1" w14:textId="77777777" w:rsidR="00D3520E" w:rsidRPr="003F2BBE" w:rsidRDefault="00DE681E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3F2BBE">
        <w:rPr>
          <w:rFonts w:ascii="Times New Roman" w:hAnsi="Times New Roman" w:cs="Times New Roman"/>
          <w:b/>
          <w:sz w:val="24"/>
          <w:szCs w:val="24"/>
        </w:rPr>
        <w:t xml:space="preserve">I. Dane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właściciela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pojazdu</w:t>
      </w:r>
      <w:proofErr w:type="spellEnd"/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D3520E" w:rsidRPr="003F2BBE" w14:paraId="0A7D7322" w14:textId="77777777">
        <w:trPr>
          <w:trHeight w:val="453"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1C955EAC" w14:textId="77777777" w:rsidR="00D3520E" w:rsidRPr="003F2BBE" w:rsidRDefault="00DE68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Imię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nazwisko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804" w:type="dxa"/>
            <w:vAlign w:val="center"/>
          </w:tcPr>
          <w:p w14:paraId="3C4EA4E3" w14:textId="77777777" w:rsidR="00D3520E" w:rsidRDefault="00D352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68358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DB1DF" w14:textId="30187753" w:rsidR="003F2BBE" w:rsidRP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0E" w:rsidRPr="003F2BBE" w14:paraId="4B08F1B9" w14:textId="77777777">
        <w:trPr>
          <w:trHeight w:val="1020"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09B69EE5" w14:textId="77777777" w:rsidR="00D3520E" w:rsidRPr="003F2BBE" w:rsidRDefault="00DE68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zamieszkania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siedziby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804" w:type="dxa"/>
            <w:vAlign w:val="center"/>
          </w:tcPr>
          <w:p w14:paraId="469C3CDB" w14:textId="77777777" w:rsidR="00D3520E" w:rsidRDefault="00D352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72D52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F7DA4" w14:textId="668ED99D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F5127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BB3A1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A6BDE" w14:textId="6023EBD8" w:rsidR="003F2BBE" w:rsidRP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2477D2" w14:textId="77777777" w:rsidR="00D3520E" w:rsidRPr="003F2BBE" w:rsidRDefault="00DE681E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3F2BBE">
        <w:rPr>
          <w:rFonts w:ascii="Times New Roman" w:hAnsi="Times New Roman" w:cs="Times New Roman"/>
          <w:b/>
          <w:sz w:val="24"/>
          <w:szCs w:val="24"/>
        </w:rPr>
        <w:t xml:space="preserve">II. Dane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współwłaściciela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pojazdu</w:t>
      </w:r>
      <w:proofErr w:type="spellEnd"/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D3520E" w:rsidRPr="003F2BBE" w14:paraId="02C97EBD" w14:textId="77777777">
        <w:trPr>
          <w:trHeight w:val="453"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1015656B" w14:textId="77777777" w:rsidR="00D3520E" w:rsidRPr="003F2BBE" w:rsidRDefault="00DE68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Imię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nazwisko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804" w:type="dxa"/>
            <w:vAlign w:val="center"/>
          </w:tcPr>
          <w:p w14:paraId="1B3764B6" w14:textId="77777777" w:rsidR="00D3520E" w:rsidRDefault="00D352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691F2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08135" w14:textId="371F601A" w:rsidR="003F2BBE" w:rsidRP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0E" w:rsidRPr="003F2BBE" w14:paraId="7EAB6B22" w14:textId="77777777">
        <w:trPr>
          <w:trHeight w:val="1020"/>
          <w:jc w:val="center"/>
        </w:trPr>
        <w:tc>
          <w:tcPr>
            <w:tcW w:w="2835" w:type="dxa"/>
            <w:shd w:val="clear" w:color="auto" w:fill="F2F2F2"/>
            <w:vAlign w:val="center"/>
          </w:tcPr>
          <w:p w14:paraId="070FB9C8" w14:textId="77777777" w:rsidR="00D3520E" w:rsidRPr="003F2BBE" w:rsidRDefault="00DE68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zamieszkania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siedziby</w:t>
            </w:r>
            <w:proofErr w:type="spellEnd"/>
            <w:r w:rsidRPr="003F2BB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804" w:type="dxa"/>
            <w:vAlign w:val="center"/>
          </w:tcPr>
          <w:p w14:paraId="121D0793" w14:textId="77777777" w:rsidR="00D3520E" w:rsidRDefault="00D352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9A0AE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69937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77126" w14:textId="4518F4F9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AC9F3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FBC95" w14:textId="77777777" w:rsid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6EC14" w14:textId="317CAF59" w:rsidR="003F2BBE" w:rsidRPr="003F2BBE" w:rsidRDefault="003F2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B0D839" w14:textId="77777777" w:rsidR="00D3520E" w:rsidRPr="003F2BBE" w:rsidRDefault="00DE681E">
      <w:pPr>
        <w:spacing w:before="160"/>
        <w:jc w:val="both"/>
        <w:rPr>
          <w:rFonts w:ascii="Times New Roman" w:hAnsi="Times New Roman" w:cs="Times New Roman"/>
          <w:sz w:val="24"/>
          <w:szCs w:val="24"/>
        </w:rPr>
      </w:pPr>
      <w:r w:rsidRPr="003F2BBE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związku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ze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złożonym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wnioskiem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rejestrację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pojazdu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wnioskiem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zachowanie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dotychczasowego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numeru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rejestracyjnego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art. 73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. 1a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ustawy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czerwca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1997 r.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Prawo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ruchu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drogowym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oświadczam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2BBE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>:</w:t>
      </w:r>
    </w:p>
    <w:p w14:paraId="7063F5CB" w14:textId="206A6351" w:rsidR="00D3520E" w:rsidRPr="003F2BBE" w:rsidRDefault="000B2131">
      <w:pPr>
        <w:spacing w:after="40"/>
        <w:ind w:left="340" w:hanging="340"/>
        <w:rPr>
          <w:rFonts w:ascii="Times New Roman" w:hAnsi="Times New Roman" w:cs="Times New Roman"/>
          <w:b/>
          <w:bCs/>
          <w:sz w:val="24"/>
          <w:szCs w:val="24"/>
        </w:rPr>
      </w:pPr>
      <w:r w:rsidRPr="003F2BBE">
        <w:rPr>
          <w:rFonts w:ascii="Segoe UI Symbol" w:hAnsi="Segoe UI Symbol" w:cs="Segoe UI Symbol"/>
          <w:sz w:val="24"/>
          <w:szCs w:val="24"/>
        </w:rPr>
        <w:t>☐</w:t>
      </w:r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posiadane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tablice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tablica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rejestracyjna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są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utrzymane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w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należytym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stanie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czytelne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5D96CF3" w14:textId="262528C1" w:rsidR="00D3520E" w:rsidRDefault="000B2131">
      <w:pPr>
        <w:spacing w:after="40"/>
        <w:ind w:left="340" w:hanging="340"/>
        <w:rPr>
          <w:rFonts w:ascii="Times New Roman" w:hAnsi="Times New Roman" w:cs="Times New Roman"/>
          <w:sz w:val="24"/>
          <w:szCs w:val="24"/>
        </w:rPr>
      </w:pPr>
      <w:r w:rsidRPr="003F2BBE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znak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legalizacyjny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umieszczony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tablicach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tablicy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rejestracyjnej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nie</w:t>
      </w:r>
      <w:proofErr w:type="spellEnd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jest </w:t>
      </w:r>
      <w:proofErr w:type="spellStart"/>
      <w:r w:rsidR="00DE681E" w:rsidRPr="003F2BBE">
        <w:rPr>
          <w:rFonts w:ascii="Times New Roman" w:hAnsi="Times New Roman" w:cs="Times New Roman"/>
          <w:b/>
          <w:bCs/>
          <w:sz w:val="24"/>
          <w:szCs w:val="24"/>
        </w:rPr>
        <w:t>uszkodzony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>;</w:t>
      </w:r>
    </w:p>
    <w:p w14:paraId="32AB3BB8" w14:textId="77777777" w:rsidR="003F2BBE" w:rsidRPr="003F2BBE" w:rsidRDefault="003F2BBE">
      <w:pPr>
        <w:spacing w:after="40"/>
        <w:ind w:left="340" w:hanging="340"/>
        <w:rPr>
          <w:rFonts w:ascii="Times New Roman" w:hAnsi="Times New Roman" w:cs="Times New Roman"/>
          <w:sz w:val="24"/>
          <w:szCs w:val="24"/>
        </w:rPr>
      </w:pPr>
    </w:p>
    <w:p w14:paraId="3B4A5E8A" w14:textId="5D093C20" w:rsidR="00D3520E" w:rsidRPr="003F2BBE" w:rsidRDefault="003F2B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DE681E"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związku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zachowaniem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dotychczasowego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numeru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rejestracyjnego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tablic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tablicy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81E" w:rsidRPr="003F2BBE">
        <w:rPr>
          <w:rFonts w:ascii="Times New Roman" w:hAnsi="Times New Roman" w:cs="Times New Roman"/>
          <w:sz w:val="24"/>
          <w:szCs w:val="24"/>
        </w:rPr>
        <w:t>rejestracyjnej</w:t>
      </w:r>
      <w:proofErr w:type="spellEnd"/>
      <w:r w:rsidR="00DE681E" w:rsidRPr="003F2BBE">
        <w:rPr>
          <w:rFonts w:ascii="Times New Roman" w:hAnsi="Times New Roman" w:cs="Times New Roman"/>
          <w:sz w:val="24"/>
          <w:szCs w:val="24"/>
        </w:rPr>
        <w:t>:</w:t>
      </w:r>
    </w:p>
    <w:p w14:paraId="2F199E3D" w14:textId="2C71AC8F" w:rsidR="00D3520E" w:rsidRDefault="00DE681E" w:rsidP="00A3315B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F2BBE">
        <w:rPr>
          <w:rFonts w:ascii="Segoe UI Symbol" w:hAnsi="Segoe UI Symbol" w:cs="Segoe UI Symbol"/>
          <w:sz w:val="24"/>
          <w:szCs w:val="24"/>
        </w:rPr>
        <w:t>☐</w:t>
      </w:r>
      <w:r w:rsidRPr="003F2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wnoszę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wydanie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decyzji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czasowej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rejestracji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pojazdu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oraz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pozwolenia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czasowego</w:t>
      </w:r>
      <w:proofErr w:type="spellEnd"/>
    </w:p>
    <w:p w14:paraId="304C00D8" w14:textId="77777777" w:rsidR="003F2BBE" w:rsidRPr="003F2BBE" w:rsidRDefault="003F2BBE">
      <w:pPr>
        <w:spacing w:after="60"/>
        <w:ind w:left="227"/>
        <w:rPr>
          <w:rFonts w:ascii="Times New Roman" w:hAnsi="Times New Roman" w:cs="Times New Roman"/>
          <w:sz w:val="24"/>
          <w:szCs w:val="24"/>
        </w:rPr>
      </w:pPr>
    </w:p>
    <w:p w14:paraId="7A731D56" w14:textId="77777777" w:rsidR="00D3520E" w:rsidRPr="003F2BBE" w:rsidRDefault="00DE681E">
      <w:pPr>
        <w:spacing w:before="160"/>
        <w:rPr>
          <w:rFonts w:ascii="Times New Roman" w:hAnsi="Times New Roman" w:cs="Times New Roman"/>
          <w:sz w:val="24"/>
          <w:szCs w:val="24"/>
        </w:rPr>
      </w:pP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Klauzula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odpowiedzialności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karnej</w:t>
      </w:r>
      <w:proofErr w:type="spellEnd"/>
    </w:p>
    <w:p w14:paraId="2D395EE2" w14:textId="77777777" w:rsidR="00D3520E" w:rsidRPr="003F2BBE" w:rsidRDefault="00DE681E">
      <w:pPr>
        <w:spacing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składam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pod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rygorem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odpowiedzialności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karnej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składanie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fałszywych</w:t>
      </w:r>
      <w:proofErr w:type="spellEnd"/>
      <w:r w:rsidRPr="003F2B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bCs/>
          <w:sz w:val="24"/>
          <w:szCs w:val="24"/>
        </w:rPr>
        <w:t>oświadczeń</w:t>
      </w:r>
      <w:proofErr w:type="spellEnd"/>
      <w:r w:rsidRPr="003F2BBE">
        <w:rPr>
          <w:rFonts w:ascii="Times New Roman" w:hAnsi="Times New Roman" w:cs="Times New Roman"/>
          <w:sz w:val="24"/>
          <w:szCs w:val="24"/>
        </w:rPr>
        <w:t>.</w:t>
      </w:r>
    </w:p>
    <w:p w14:paraId="46B402B6" w14:textId="0257273D" w:rsidR="003F2BBE" w:rsidRDefault="00DE681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Jestem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świadomy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odpowiedzialności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karnej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złożenie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fałszywego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oświadczenia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wynikającej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z art. 233 § 6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ustawy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z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dnia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6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czerwca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1997 r.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3F2BB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Kodeks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2BBE">
        <w:rPr>
          <w:rFonts w:ascii="Times New Roman" w:hAnsi="Times New Roman" w:cs="Times New Roman"/>
          <w:b/>
          <w:sz w:val="24"/>
          <w:szCs w:val="24"/>
        </w:rPr>
        <w:t>karny</w:t>
      </w:r>
      <w:proofErr w:type="spellEnd"/>
      <w:r w:rsidRPr="003F2BBE">
        <w:rPr>
          <w:rFonts w:ascii="Times New Roman" w:hAnsi="Times New Roman" w:cs="Times New Roman"/>
          <w:b/>
          <w:sz w:val="24"/>
          <w:szCs w:val="24"/>
        </w:rPr>
        <w:t>.</w:t>
      </w:r>
    </w:p>
    <w:p w14:paraId="30DE5581" w14:textId="5C8305A9" w:rsidR="003F2BBE" w:rsidRDefault="003F2B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7D0F65" w14:textId="77777777" w:rsidR="003F2BBE" w:rsidRDefault="003F2B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3520E" w:rsidRPr="003F2BBE" w14:paraId="74F81062" w14:textId="77777777">
        <w:trPr>
          <w:trHeight w:val="708"/>
          <w:jc w:val="center"/>
        </w:trPr>
        <w:tc>
          <w:tcPr>
            <w:tcW w:w="4762" w:type="dxa"/>
          </w:tcPr>
          <w:p w14:paraId="6845BDE9" w14:textId="77777777" w:rsidR="00D3520E" w:rsidRPr="003F2BBE" w:rsidRDefault="00DE681E" w:rsidP="003F2B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BB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</w:t>
            </w:r>
          </w:p>
        </w:tc>
        <w:tc>
          <w:tcPr>
            <w:tcW w:w="4762" w:type="dxa"/>
          </w:tcPr>
          <w:p w14:paraId="569388E8" w14:textId="77777777" w:rsidR="00D3520E" w:rsidRPr="003F2BBE" w:rsidRDefault="00DE681E" w:rsidP="003F2B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BBE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</w:t>
            </w:r>
          </w:p>
        </w:tc>
      </w:tr>
      <w:tr w:rsidR="00D3520E" w:rsidRPr="003F2BBE" w14:paraId="27345DEF" w14:textId="77777777">
        <w:trPr>
          <w:jc w:val="center"/>
        </w:trPr>
        <w:tc>
          <w:tcPr>
            <w:tcW w:w="4762" w:type="dxa"/>
          </w:tcPr>
          <w:p w14:paraId="6B997337" w14:textId="6EC923ED" w:rsidR="00D3520E" w:rsidRPr="003F2BBE" w:rsidRDefault="00DE681E" w:rsidP="003F2B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BBE">
              <w:rPr>
                <w:rFonts w:ascii="Times New Roman" w:hAnsi="Times New Roman" w:cs="Times New Roman"/>
                <w:sz w:val="24"/>
                <w:szCs w:val="24"/>
              </w:rPr>
              <w:t>Czytelny</w:t>
            </w:r>
            <w:proofErr w:type="spellEnd"/>
            <w:r w:rsidRPr="003F2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BBE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  <w:proofErr w:type="spellEnd"/>
            <w:r w:rsidRPr="003F2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62" w:type="dxa"/>
          </w:tcPr>
          <w:p w14:paraId="78E5E94E" w14:textId="3574238C" w:rsidR="00D3520E" w:rsidRPr="003F2BBE" w:rsidRDefault="00DE681E" w:rsidP="003F2B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BBE">
              <w:rPr>
                <w:rFonts w:ascii="Times New Roman" w:hAnsi="Times New Roman" w:cs="Times New Roman"/>
                <w:sz w:val="24"/>
                <w:szCs w:val="24"/>
              </w:rPr>
              <w:t>Czytelny</w:t>
            </w:r>
            <w:proofErr w:type="spellEnd"/>
            <w:r w:rsidRPr="003F2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BBE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  <w:proofErr w:type="spellEnd"/>
            <w:r w:rsidRPr="003F2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F045266" w14:textId="77777777" w:rsidR="001E1C4C" w:rsidRPr="003F2BBE" w:rsidRDefault="001E1C4C" w:rsidP="003F2B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E1C4C" w:rsidRPr="003F2BBE" w:rsidSect="00034616">
      <w:pgSz w:w="12240" w:h="15840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131"/>
    <w:rsid w:val="0015074B"/>
    <w:rsid w:val="001E1C4C"/>
    <w:rsid w:val="002000E3"/>
    <w:rsid w:val="0029639D"/>
    <w:rsid w:val="00326F90"/>
    <w:rsid w:val="003F2BBE"/>
    <w:rsid w:val="00A3315B"/>
    <w:rsid w:val="00AA1D8D"/>
    <w:rsid w:val="00B47730"/>
    <w:rsid w:val="00CA3634"/>
    <w:rsid w:val="00CB0664"/>
    <w:rsid w:val="00D07047"/>
    <w:rsid w:val="00D3520E"/>
    <w:rsid w:val="00DE681E"/>
    <w:rsid w:val="00E75B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6E37E5"/>
  <w14:defaultImageDpi w14:val="300"/>
  <w15:docId w15:val="{8CB9B150-7A97-4F88-A34D-ED0799F4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Kruszewska</cp:lastModifiedBy>
  <cp:revision>2</cp:revision>
  <dcterms:created xsi:type="dcterms:W3CDTF">2026-06-10T11:00:00Z</dcterms:created>
  <dcterms:modified xsi:type="dcterms:W3CDTF">2026-06-10T11:00:00Z</dcterms:modified>
  <cp:category/>
</cp:coreProperties>
</file>